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i/>
          <w:color w:val="5B5A7A"/>
          <w:sz w:val="18"/>
        </w:rPr>
        <w:t>Document exemple — association imaginaire. Remplace tout ce qui est en italique gris par tes informations.</w:t>
      </w:r>
    </w:p>
    <w:p>
      <w:r>
        <w:rPr>
          <w:b/>
          <w:color w:val="1D1B5C"/>
          <w:sz w:val="40"/>
        </w:rPr>
        <w:t>Rapport d'activité 2026</w:t>
      </w:r>
    </w:p>
    <w:p>
      <w:r>
        <w:rPr>
          <w:b/>
        </w:rPr>
        <w:t>Les Amis du Jardin de la Rue Verte — 12 rue Verte, 77000 Melun</w:t>
      </w:r>
    </w:p>
    <w:p>
      <w:pPr>
        <w:spacing w:before="200"/>
      </w:pPr>
      <w:r>
        <w:rPr>
          <w:b/>
          <w:color w:val="4A43D9"/>
          <w:sz w:val="26"/>
        </w:rPr>
        <w:t>Ce que nous faisons</w:t>
      </w:r>
    </w:p>
    <w:p>
      <w:r>
        <w:rPr>
          <w:b w:val="0"/>
        </w:rPr>
        <w:t>Nous cultivons un jardin partagé de 400 m² au cœur du quartier de la Rue Verte. Il est ouvert à tous les habitants, deux après-midis par semaine.</w:t>
      </w:r>
    </w:p>
    <w:p>
      <w:pPr>
        <w:spacing w:before="200"/>
      </w:pPr>
      <w:r>
        <w:rPr>
          <w:b/>
          <w:color w:val="4A43D9"/>
          <w:sz w:val="26"/>
        </w:rPr>
        <w:t>Ce que nous avons fait cette année</w:t>
      </w:r>
    </w:p>
    <w:p>
      <w:r>
        <w:rPr>
          <w:b w:val="0"/>
        </w:rPr>
        <w:t>• 48 après-midis de jardinage ouverts (mercredi et samedi).</w:t>
      </w:r>
    </w:p>
    <w:p>
      <w:r>
        <w:rPr>
          <w:b w:val="0"/>
        </w:rPr>
        <w:t>• 6 ateliers pour les enfants de l'école voisine : semis, compost, petites bêtes du jardin.</w:t>
      </w:r>
    </w:p>
    <w:p>
      <w:r>
        <w:rPr>
          <w:b w:val="0"/>
        </w:rPr>
        <w:t>• 2 fêtes de quartier (juin et septembre), 180 personnes en tout.</w:t>
      </w:r>
    </w:p>
    <w:p>
      <w:r>
        <w:rPr>
          <w:b w:val="0"/>
        </w:rPr>
        <w:t>• 210 kg de légumes récoltés, partagés entre les membres et l'épicerie solidaire.</w:t>
      </w:r>
    </w:p>
    <w:p>
      <w:pPr>
        <w:spacing w:before="200"/>
      </w:pPr>
      <w:r>
        <w:rPr>
          <w:b/>
          <w:color w:val="4A43D9"/>
          <w:sz w:val="26"/>
        </w:rPr>
        <w:t>Pour qui</w:t>
      </w:r>
    </w:p>
    <w:p>
      <w:r>
        <w:rPr>
          <w:b w:val="0"/>
        </w:rPr>
        <w:t>23 membres, dont 9 familles avec enfants et 6 personnes retraitées. Une trentaine d'habitants passent régulièrement sans être membres.</w:t>
      </w:r>
    </w:p>
    <w:p>
      <w:pPr>
        <w:spacing w:before="200"/>
      </w:pPr>
      <w:r>
        <w:rPr>
          <w:b/>
          <w:color w:val="4A43D9"/>
          <w:sz w:val="26"/>
        </w:rPr>
        <w:t>Avec qui</w:t>
      </w:r>
    </w:p>
    <w:p>
      <w:r>
        <w:rPr>
          <w:b w:val="0"/>
        </w:rPr>
        <w:t>La mairie de Melun (mise à disposition du terrain), l'école de la Rue Verte, l'épicerie solidaire du quartier.</w:t>
      </w:r>
    </w:p>
    <w:p>
      <w:pPr>
        <w:spacing w:before="200"/>
      </w:pPr>
      <w:r>
        <w:rPr>
          <w:b/>
          <w:color w:val="4A43D9"/>
          <w:sz w:val="26"/>
        </w:rPr>
        <w:t>Ce qui a changé</w:t>
      </w:r>
    </w:p>
    <w:p>
      <w:r>
        <w:rPr>
          <w:b w:val="0"/>
        </w:rPr>
        <w:t>Des voisins qui ne se parlaient pas se connaissent. Les enfants savent d'où viennent les légumes. Le terrain, en friche il y a deux ans, est devenu un lieu où l'on vient.</w:t>
      </w:r>
    </w:p>
    <w:p>
      <w:pPr>
        <w:spacing w:before="200"/>
      </w:pPr>
      <w:r>
        <w:rPr>
          <w:b/>
          <w:color w:val="4A43D9"/>
          <w:sz w:val="26"/>
        </w:rPr>
        <w:t>L'année prochaine</w:t>
      </w:r>
    </w:p>
    <w:p>
      <w:r>
        <w:rPr>
          <w:b w:val="0"/>
        </w:rPr>
        <w:t>Un atelier de plus par mois, une serre pour l'hiver, et une sortie à la ferme pour les enfants.</w:t>
      </w:r>
    </w:p>
    <w:p>
      <w:r>
        <w:rPr>
          <w:i/>
          <w:color w:val="5B5A7A"/>
        </w:rPr>
        <w:t>[Une page. Des chiffres simples. Ce que ça a changé pour les gens.]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