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5B5A7A"/>
          <w:sz w:val="18"/>
        </w:rPr>
        <w:t>Document exemple — association imaginaire. Remplace tout ce qui est en italique gris par tes informations.</w:t>
      </w:r>
    </w:p>
    <w:p>
      <w:r>
        <w:rPr>
          <w:b/>
          <w:color w:val="1D1B5C"/>
          <w:sz w:val="40"/>
        </w:rPr>
        <w:t>Procès-verbal de l'assemblée générale constitutive</w:t>
      </w:r>
    </w:p>
    <w:p>
      <w:r>
        <w:rPr>
          <w:b/>
        </w:rPr>
        <w:t>Association : Les Amis du Jardin de la Rue Verte</w:t>
      </w:r>
    </w:p>
    <w:p>
      <w:r>
        <w:rPr>
          <w:b w:val="0"/>
        </w:rPr>
        <w:t>Siège : 12 rue Verte, 77000 Melun</w:t>
      </w:r>
    </w:p>
    <w:p>
      <w:r>
        <w:rPr>
          <w:b w:val="0"/>
        </w:rPr>
        <w:t>Date : 14 septembre 2026, à 18 h 30</w:t>
      </w:r>
    </w:p>
    <w:p>
      <w:r>
        <w:rPr>
          <w:b w:val="0"/>
        </w:rPr>
        <w:t>Lieu : 12 rue Verte, 77000 Melun</w:t>
      </w:r>
    </w:p>
    <w:p>
      <w:pPr>
        <w:spacing w:before="200"/>
      </w:pPr>
      <w:r>
        <w:rPr>
          <w:b/>
          <w:color w:val="4A43D9"/>
          <w:sz w:val="26"/>
        </w:rPr>
        <w:t>1. Qui était là</w:t>
      </w:r>
    </w:p>
    <w:p>
      <w:r>
        <w:rPr>
          <w:b w:val="0"/>
        </w:rPr>
        <w:t>Les personnes suivantes se sont réunies pour créer l'association : Nadia Ferrand, Karim Benali, Lucie Morel, Amina Roux, Paul Lefèvre.</w:t>
      </w:r>
    </w:p>
    <w:p>
      <w:r>
        <w:rPr>
          <w:i/>
          <w:color w:val="5B5A7A"/>
        </w:rPr>
        <w:t>[Écris le prénom et le nom de chaque personne présente. La feuille de présence signée est jointe.]</w:t>
      </w:r>
    </w:p>
    <w:p>
      <w:pPr>
        <w:spacing w:before="200"/>
      </w:pPr>
      <w:r>
        <w:rPr>
          <w:b/>
          <w:color w:val="4A43D9"/>
          <w:sz w:val="26"/>
        </w:rPr>
        <w:t>2. Ce qui a été décidé</w:t>
      </w:r>
    </w:p>
    <w:p>
      <w:r>
        <w:rPr>
          <w:b w:val="0"/>
        </w:rPr>
        <w:t>Décision 1 — Création de l'association. Les personnes présentes décident de créer une association loi 1901 nommée « Les Amis du Jardin de la Rue Verte ». Adopté à l'unanimité.</w:t>
      </w:r>
    </w:p>
    <w:p>
      <w:r>
        <w:rPr>
          <w:b w:val="0"/>
        </w:rPr>
        <w:t>Décision 2 — Statuts. Les statuts, lus à haute voix, sont adoptés à l'unanimité. Ils sont joints à ce procès-verbal.</w:t>
      </w:r>
    </w:p>
    <w:p>
      <w:r>
        <w:rPr>
          <w:b w:val="0"/>
        </w:rPr>
        <w:t>Décision 3 — Bureau. Sont élus : présidente Nadia Ferrand ; trésorier Karim Benali ; secrétaire Lucie Morel. Adopté à l'unanimité.</w:t>
      </w:r>
    </w:p>
    <w:p>
      <w:r>
        <w:rPr>
          <w:b w:val="0"/>
        </w:rPr>
        <w:t>Décision 4 — Cotisation. La cotisation annuelle est fixée à 10 €. Adopté par 4 voix pour, 1 abstention.</w:t>
      </w:r>
    </w:p>
    <w:p>
      <w:r>
        <w:rPr>
          <w:b w:val="0"/>
        </w:rPr>
        <w:t>Décision 5 — Déclaration. Nadia Ferrand est chargée de déclarer l'association en préfecture et de demander le numéro SIRET.</w:t>
      </w:r>
    </w:p>
    <w:p>
      <w:r>
        <w:rPr>
          <w:i/>
          <w:color w:val="5B5A7A"/>
        </w:rPr>
        <w:t>[Une décision = une ligne : ce qui est décidé, puis le résultat du vote.]</w:t>
      </w:r>
    </w:p>
    <w:p>
      <w:pPr>
        <w:spacing w:before="200"/>
      </w:pPr>
      <w:r>
        <w:rPr>
          <w:b/>
          <w:color w:val="4A43D9"/>
          <w:sz w:val="26"/>
        </w:rPr>
        <w:t>3. Fin de la réunion</w:t>
      </w:r>
    </w:p>
    <w:p>
      <w:r>
        <w:rPr>
          <w:b w:val="0"/>
        </w:rPr>
        <w:t>L'ordre du jour étant épuisé, la séance est levée à 19 h 45.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La présidente, Nadia Ferrand</w:t>
            </w:r>
          </w:p>
        </w:tc>
        <w:tc>
          <w:tcPr>
            <w:tcW w:type="dxa" w:w="4873"/>
          </w:tcPr>
          <w:p>
            <w:r>
              <w:t>La secrétaire, Lucie Morel</w:t>
            </w:r>
          </w:p>
        </w:tc>
      </w:tr>
      <w:tr>
        <w:tc>
          <w:tcPr>
            <w:tcW w:type="dxa" w:w="4873"/>
          </w:tcPr>
          <w:p>
            <w:r>
              <w:t>Signature :</w:t>
            </w:r>
          </w:p>
        </w:tc>
        <w:tc>
          <w:tcPr>
            <w:tcW w:type="dxa" w:w="4873"/>
          </w:tcPr>
          <w:p>
            <w:r>
              <w:t>Signature :</w:t>
            </w:r>
          </w:p>
        </w:tc>
      </w:tr>
    </w:tbl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