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5B5A7A"/>
          <w:sz w:val="18"/>
        </w:rPr>
        <w:t>Document exemple — association imaginaire. Remplace tout ce qui est en italique gris par tes informations.</w:t>
      </w:r>
    </w:p>
    <w:p>
      <w:r>
        <w:rPr>
          <w:b w:val="0"/>
        </w:rPr>
        <w:t>Les Amis du Jardin de la Rue Verte</w:t>
        <w:br/>
        <w:t>12 rue Verte, 77000 Melun</w:t>
        <w:br/>
        <w:t>RNA W771234567 — SIRET 123 456 789 00012</w:t>
        <w:br/>
        <w:t>contact@amis-jardin-rue-verte.fr</w:t>
      </w:r>
    </w:p>
    <w:p>
      <w:pPr>
        <w:jc w:val="right"/>
      </w:pPr>
      <w:r>
        <w:t>Madame la Maire</w:t>
        <w:br/>
        <w:t>Hôtel de Ville</w:t>
        <w:br/>
        <w:t>77000 Melun</w:t>
      </w:r>
    </w:p>
    <w:p>
      <w:r>
        <w:rPr>
          <w:b w:val="0"/>
        </w:rPr>
        <w:t>Melun, le 5 octobre 2026</w:t>
      </w:r>
    </w:p>
    <w:p>
      <w:r>
        <w:rPr>
          <w:b/>
        </w:rPr>
        <w:t>Objet : demande de subvention pour l'année 2027</w:t>
      </w:r>
    </w:p>
    <w:p>
      <w:r>
        <w:rPr>
          <w:b w:val="0"/>
        </w:rPr>
        <w:t>Madame la Maire,</w:t>
      </w:r>
    </w:p>
    <w:p>
      <w:r>
        <w:rPr>
          <w:b w:val="0"/>
        </w:rPr>
        <w:t>L'association Les Amis du Jardin de la Rue Verte anime depuis deux ans un jardin partagé dans le quartier de la Rue Verte. Elle réunit 23 membres et accueille chaque semaine une trentaine d'habitants, dont les enfants de l'école voisine.</w:t>
      </w:r>
    </w:p>
    <w:p>
      <w:r>
        <w:rPr>
          <w:b w:val="0"/>
        </w:rPr>
        <w:t>Pour l'année 2027, nous souhaitons installer une serre afin de jardiner aussi l'hiver, et équiper nos ateliers pour les enfants. Le coût total du projet est de 4 500 €. Nous sollicitons la commune à hauteur de 1 500 €.</w:t>
      </w:r>
    </w:p>
    <w:p>
      <w:r>
        <w:rPr>
          <w:b w:val="0"/>
        </w:rPr>
        <w:t>Vous trouverez ci-joint le formulaire de demande de subvention (CERFA 12156), notre projet en une page, le budget prévisionnel, ainsi que les pièces demandées : statuts, récépissé de déclaration, liste des dirigeants, RIB, dernier procès-verbal d'assemblée générale et comptes de l'année écoulée.</w:t>
      </w:r>
    </w:p>
    <w:p>
      <w:r>
        <w:rPr>
          <w:b w:val="0"/>
        </w:rPr>
        <w:t>Nous restons à votre disposition pour vous présenter le projet, sur place au jardin si vous le souhaitez.</w:t>
      </w:r>
    </w:p>
    <w:p>
      <w:r>
        <w:rPr>
          <w:b w:val="0"/>
        </w:rPr>
        <w:t>Nous vous prions d'agréer, Madame la Maire, l'expression de notre considération distinguée.</w:t>
      </w:r>
    </w:p>
    <w:p>
      <w:r>
        <w:rPr>
          <w:b w:val="0"/>
        </w:rPr>
        <w:br/>
        <w:t>Nadia Ferrand, présidente</w:t>
      </w:r>
    </w:p>
    <w:p>
      <w:r>
        <w:rPr>
          <w:i/>
          <w:color w:val="5B5A7A"/>
        </w:rPr>
        <w:t>[Une lettre courte : qui vous êtes, ce que vous voulez faire, combien vous demandez, ce que vous joignez.]</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